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עוזר לאוניות לשוט בבטחה?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העוזרים לשיט בטוח: מגדלור, מצוף, נתב, מפה ימית ותחזית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שרטון ולמה הוא מסוכן לאוניות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שיתוף פעולה בין אנשים ומכשירים לשמירה על הבטיחות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להזהיר אוניות באור מהבהב מסלעים וסכנות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רדוד ומסוכן בים שלא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הנתב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מגדלור חשוב בעיקר בלילה ובתנאים קשים כמו ערפל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מתחת לפני המים ולכן קשה להבחין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הנתב עולה בפועל לאונייה ומכוון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(מהבהב באור ומזהיר מסלעים)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(כדור צף שמסמן סכנה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(מכוון את האונייה בכניסה לנמל)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(מראה עומק מים וסלעים)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האונייה מתקרבת לחוף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הקברניטית רואה אור מהבהב של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שומעת בתחזית ברדיו הנחיות לאן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כשהאונייה מתקרבת לנמל, הנתב עולה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שניהם נותנים אות אור שמזהיר ומכוון לפעולה 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עוזרים נכונים עם תפקיד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שהשרטון לא נראה ומסוכן להתנגשות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 הקשור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הבהוב של פנס כדי לחבר את התלמידים לתחושת הלילה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השוואה בין עזרי הים לעזרי הכביש (רמזור, שלט)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הקבוצתי אפשר לתת לכל קבוצה תפקיד אחר ולבקש הצגה קצרה בגוף ראשון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עוזר לאוניות לשוט בבטחה?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בלילה חשוך בים יש הרבה עוזרים ששומרים על האוניות: מגדלור, מצוף, נתב, מפה ימית, תחזית וצוות הצלה. בדף הזה נתרגל מי עושה מה ולמה צריך כל כך הרבה עוזרים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נתב  ·  מגדלור  ·  שרטון  ·  מצוף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 המגדלור?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להוביל את האונייה לנמל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להזהיר אוניות באור מהבהב מסלעים וסכנות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לחזות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שרטון?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 של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 רדוד ומסוכן בים שלא רואים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נשק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עולה לאונייה כשהיא מתקרבת לנמל כדי לכוון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המצוף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התחזית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מגדלור עוזר לאוניות רק ביום כשיש שמש.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שרטון מסוכן כי אי אפשר לראות אותו בקלות מתחת למים.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נתב הוא אדם שיושב רק במשרד ולא עולה לאוניות.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מהבהב באור לבן כדי להזהיר אוניות מסלעים.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כדור צף עם אור שמסמן מקום מסוכן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מקום רדוד שאי אפשר לראות ממנו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האדם שעולה לאונייה ומכוון אותה לנמל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מגדלור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מראה עומק מים וסלעים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מכוון את האונייה בכניסה לנמל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מהבהב באור ומזהיר מסלעים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מפה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כדור צף שמסמן סכנה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כשהאונייה מתקרבת לנמל, הנתב עולה אליה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שומעת בתחזית ברדיו הנחיות לאן לפנות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האונייה מתקרבת לחוף בלילה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הקברניטית רואה אור מהבהב של מגדלור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דומה בין מגדלור לרמזור בכביש?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עוזרים לשיט בטוח ואת התפקיד של 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למה שרטון מסוכן לאונייה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עוזר לאוניות לשוט בבטחה?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