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העוזרים לשיט בטוח: מגדלור, מצוף, נתב, מפה ימית ותחזית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שרטון ולמה הוא מסוכן לאוניות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שיתוף פעולה בין אנשים ומכשירים לשמירה על הבטיחות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להזהיר אוניות באור מהבהב מסלעים וסכנות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רדוד ומסוכן בים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לסמן מקום מסוכן בתוך הים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ייראה מזג האוויר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מגדלור חשוב בעיקר בלילה ובתנאים קשים כמו ערפל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מתחת לפני המים ולכן קשה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הנתב עולה בפועל לאונייה ומכוון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עוזר נותן מידע אחר וחשוב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צוות ההצלה פועל כשיש סכנה או בעיה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מפה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תחזית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(מהבהב באור ומזהיר מסלעים)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(כדור צף שמסמן סכנה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(מכוון את האונייה בכניסה לנמל)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(מראה עומק מים וסלעים)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(חוזה מראש 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(עוזר כשיש סכנה 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מתקרבת לחוף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הקברניטית רואה אור מהבהב של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שומעת בתחזית ברדיו הנחיות לאן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כשהאונייה מתקרבת לנמל, הנתב עולה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הנתב מכוון את האונייה בבטחה לנמל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עוזר נותן מידע שונה: אור, מיקום, עומק מים, מזג אוויר - וביחד הם שומרים על בטיחות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שניהם נותנים אות אור שמזהיר ומכוון לפעולה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עוזרים נכונים עם תפקיד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שהשרטון לא נראה ומסוכן להתנגשות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הבהוב של פנס כדי לחבר את התלמידים לתחושת הלילה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השוואה בין עזרי הים לעזרי הכביש (רמזור, שלט)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אפשר לתת לכל קבוצה תפקיד אחר ולבקש הצגה קצרה בגוף ראשון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עוזר לאוניות לשוט בבטחה?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בים יש אנשים ומכשירים שעוזרים לאוניות להיות בטוחות. נלמד מי הם ומה כל אחד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מגדלור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 עם אור שמהבהב ומזהיר אוניות מסלעים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שצף על המים ומסמן מקום מסוכן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שעולה לאונייה ומכוון אותה בכניסה לנמל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שרטון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רדוד בים שאי אפשר לראות ממנו, מסוכן לאוניות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שמראה עומק מים וסלעים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חיזוי מראש על מזג האוויר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קברניט/קברניטית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שמפקד על האונייה ומחליט לאן לנווט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 הצלה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לאוניות כשיש בעיה או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להוביל את האונייה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להזהיר אוניות באור מהבהב מסלעים וסכנות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 את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שרטון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רדוד ומסוכן בים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נשק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לאונייה להיכנס לנמל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המצוף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המגדלור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המצוף נמצא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לסמן מקום מסוכן בתוך הים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לתת אור לדייגים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לעזור לציפורים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עוזרת תחזית מזג האוויר?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הנמל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ייראה מזג האוויר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נוסעים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המחיר של הדלק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עוזר לאוניות רק ביום כשיש שמש.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שרטון מסוכן כי אי אפשר לראות אותו בקלות מתחת למים.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נתב הוא אדם שיושב רק במשרד ולא עולה לאוניות.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אוניות צריכות כמה עוזרים שונים ולא רק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הצלה פועל רק אחרי שהאונייה כבר הגיעה בשלום לנמל.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מהבהב באור לבן כדי להזהיר אוניות מסלעים.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כדור צף עם אור שמסמן מקום מסוכן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רדוד שאי אפשר לראות ממנו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האדם שעולה לאונייה ומכוון אותה לנמל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מראה לקברניטית איפה עומק המים ואיפה הסלעים.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מספרת מראש איך יהיה מזג האוויר 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מגדלור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מכוון את האונייה בכניסה לנמל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כשיש סכנה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מהבהב באור ומזהיר מסלעים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חוזה מראש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מראה עומק מים וסלעים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צוות הצלה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כדור צף שמסמן סכנה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הקברניטית רואה אור מהבהב של 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כשהאונייה מתקרבת לנמל, הנתב עולה אליה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הנתב מכוון את האונייה בבטחה לנמל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שומעת בתחזית ברדיו הנחיות לאן לפנות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מתקרבת לחוף בלילה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צריך כמה עוזרים שונים לשיט בטוח ולא רק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בין מגדלור לרמזור בכביש?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עוזרים לשיט בטוח ואת התפקיד של 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שרטון מסוכן לאונייה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תפקיד מהשיעור הייתם רוצים לעבוד?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עוזר לאוניות לשוט בבטחה?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