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🌍 אדם וסביבה בעידן הגלובלי – 30 תחנות לכפר העולמי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 עוזר לאוניות לשוט בבטחה?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את העוזרים לשיט בטוח: מגדלור, מצוף, נתב, מפה ימית ותחזית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להסביר מהו שרטון ולמה הוא מסוכן לאוניות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לתאר שיתוף פעולה בין אנשים ומכשירים לשמירה על הבטיחות 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להזהיר אוניות באור מהבהב מסלעים וסכנות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מקום רדוד ומסוכן בים שלא רואים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הנתב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כדי לסמן מקום מסוכן בתוך הים עצמו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איך ייראה מזג האוויר בים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מגדלור חשוב בעיקר בלילה ובתנאים קשים כמו ערפל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הוא מתחת לפני המים ולכן קשה להבחין בו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הנתב עולה בפועל לאונייה ומכוון אותה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כל עוזר נותן מידע אחר וחשוב לבטיחות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צוות ההצלה פועל כשיש סכנה או בעיה בים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מגדלור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מצוף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שרטון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נתב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מפה ימית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תחזית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(מהבהב באור ומזהיר מסלעים)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(כדור צף שמסמן סכנה במים)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(מכוון את האונייה בכניסה לנמל)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(מראה עומק מים וסלעים)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ו (חוזה מראש מזג אוויר)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ה (עוזר כשיש סכנה בים)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האונייה מתקרבת לחוף בלילה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הקברניטית רואה אור מהבהב של מגדלור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היא שומעת בתחזית ברדיו הנחיות לאן לפנות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כשהאונייה מתקרבת לנמל, הנתב עולה אליה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הנתב מכוון את האונייה בבטחה לנמל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חשיבה וכתיבה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כל עוזר נותן מידע שונה: אור, מיקום, עומק מים, מזג אוויר - וביחד הם שומרים על בטיחות מלאה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שניהם נותנים אות אור שמזהיר ומכוון לפעולה בטוחה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ציפייה לשני עוזרים נכונים עם תפקיד מדויק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הבנה שהשרטון לא נראה ומסוכן להתנגשות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אישית עם נימוק הגיוני הקשור לתפקיד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להדגים בכיתה הבהוב של פנס כדי לחבר את התלמידים לתחושת הלילה 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לעודד השוואה בין עזרי הים לעזרי הכביש (רמזור, שלט) כדי לחזק את ההבנה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הקבוצתי אפשר לתת לכל קבוצה תפקיד אחר ולבקש הצגה קצרה בגוף ראשון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🌍 אדם וסביבה בעידן הגלובלי – 30 תחנות לכפר העולמי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 עוזר לאוניות לשוט בבטחה?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בלילה חשוך בים יש הרבה עוזרים ששומרים על האוניות: מגדלור, מצוף, נתב, מפה ימית, תחזית וצוות הצלה. בדף הזה נתרגל מי עושה מה ולמה צריך כל כך הרבה עוזרים יחד.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תפקיד המגדלור?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להוביל את האונייה לנמל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להזהיר אוניות באור מהבהב מסלעים וסכנות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לחזות את מזג האוויר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לתקן את האונייה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מהו שרטון?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סוג של ספינה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מקום רדוד ומסוכן בים שלא רואים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כלי נשק 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שם של נמל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מי עולה לאונייה כשהיא מתקרבת לנמל כדי לכוון אותה?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הנתב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המצוף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התחזית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המגדלור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למה המצוף צף על המים ולא על היבשה?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כי הוא יפה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כדי לסמן מקום מסוכן בתוך הים עצמו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כדי לתת אור לדייגים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כדי לעזור לציפורים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עוזרת התחזית לקברניטית לדעת?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איפה הנמל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איך ייראה מזג האוויר 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כמה נוסעים באונייה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מה המחיר של הדלק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מגדלור עוזר לאוניות רק ביום כשיש שמש.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שרטון מסוכן כי אי אפשר לראות אותו בקלות מתחת למים.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נתב הוא אדם שיושב רק במשרד ולא עולה לאוניות.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אוניות צריכות כמה עוזרים שונים ולא רק אחד.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צוות הצלה פועל רק אחרי שהאונייה כבר הגיעה בשלום לנמל.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ה__________ מהבהב באור לבן כדי להזהיר אוניות מסלעים.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ה__________ הוא כדור צף עם אור שמסמן מקום מסוכן במים.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מקום רדוד שאי אפשר לראות ממנו נקרא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האדם שעולה לאונייה ומכוון אותה לנמל נקרא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ה__________ מראה לקברניטית איפה עומק המים ואיפה הסלעים.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ה__________ מספרת מראש איך יהיה מזג האוויר בים.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מגדלור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כדור צף שמסמן סכנה במים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מצוף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מראה עומק מים וסלעים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נתב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מהבהב באור ומזהיר מסלעים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מפה ימית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מכוון את האונייה בכניסה לנמל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תחזית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עוזר כשיש סכנה בים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צוות הצלה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חוזה מראש מזג אוויר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כשהאונייה מתקרבת לנמל, הנתב עולה אליה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האונייה מתקרבת לחוף בלילה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הקברניטית רואה אור מהבהב של מגדלור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הנתב מכוון את האונייה בבטחה לנמל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היא שומעת בתחזית ברדיו הנחיות לאן לפנות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חשיבה וכתיבה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במילים שלכם למה צריך כמה עוזרים שונים לשיט בטוח ולא רק אחד.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דומה בין מגדלור לרמזור בכביש?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שני עוזרים לשיט בטוח ואת התפקיד של כל אחד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הסבירו למה שרטון מסוכן לאונייה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באיזה תפקיד מהשיעור הייתם רוצים לעבוד? למה?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מי עוזר לאוניות לשוט בבטחה?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